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E1E2" w14:textId="78C52DA8" w:rsidR="004A3611" w:rsidRDefault="002A2A93" w:rsidP="00CF2CAE">
      <w:pPr>
        <w:spacing w:after="120"/>
        <w:jc w:val="center"/>
        <w:rPr>
          <w:rFonts w:ascii="Georgia" w:hAnsi="Georgia"/>
          <w:b/>
          <w:color w:val="auto"/>
          <w:sz w:val="36"/>
        </w:rPr>
      </w:pPr>
      <w:r w:rsidRPr="00DF7418">
        <w:rPr>
          <w:rFonts w:ascii="Segoe UI" w:hAnsi="Segoe UI" w:cs="Segoe UI"/>
          <w:b/>
          <w:bCs/>
          <w:noProof/>
          <w:sz w:val="22"/>
        </w:rPr>
        <w:drawing>
          <wp:inline distT="0" distB="0" distL="0" distR="0" wp14:anchorId="30B70CBC" wp14:editId="79705E50">
            <wp:extent cx="3142615" cy="723900"/>
            <wp:effectExtent l="0" t="0" r="0" b="0"/>
            <wp:docPr id="129872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886" b="18698"/>
                    <a:stretch>
                      <a:fillRect/>
                    </a:stretch>
                  </pic:blipFill>
                  <pic:spPr bwMode="auto">
                    <a:xfrm>
                      <a:off x="0" y="0"/>
                      <a:ext cx="3153893" cy="726498"/>
                    </a:xfrm>
                    <a:prstGeom prst="rect">
                      <a:avLst/>
                    </a:prstGeom>
                    <a:noFill/>
                    <a:ln>
                      <a:noFill/>
                    </a:ln>
                    <a:extLst>
                      <a:ext uri="{53640926-AAD7-44D8-BBD7-CCE9431645EC}">
                        <a14:shadowObscured xmlns:a14="http://schemas.microsoft.com/office/drawing/2010/main"/>
                      </a:ext>
                    </a:extLst>
                  </pic:spPr>
                </pic:pic>
              </a:graphicData>
            </a:graphic>
          </wp:inline>
        </w:drawing>
      </w:r>
    </w:p>
    <w:p w14:paraId="6769AC7D" w14:textId="68A107D8" w:rsidR="00BE2538" w:rsidRPr="002A2A93" w:rsidRDefault="006F7524">
      <w:pPr>
        <w:spacing w:after="20"/>
        <w:jc w:val="center"/>
        <w:rPr>
          <w:bCs/>
          <w:color w:val="auto"/>
        </w:rPr>
      </w:pPr>
      <w:r w:rsidRPr="002A2A93">
        <w:rPr>
          <w:rFonts w:ascii="Georgia" w:hAnsi="Georgia"/>
          <w:bCs/>
          <w:color w:val="auto"/>
          <w:sz w:val="36"/>
        </w:rPr>
        <w:t>Remembering Hertford in your Will</w:t>
      </w:r>
    </w:p>
    <w:p w14:paraId="5C0B2122" w14:textId="77777777" w:rsidR="00BE2538" w:rsidRPr="007D2C28" w:rsidRDefault="006F7524">
      <w:pPr>
        <w:jc w:val="center"/>
        <w:rPr>
          <w:rFonts w:ascii="Segoe UI" w:hAnsi="Segoe UI" w:cs="Segoe UI"/>
          <w:bCs/>
          <w:color w:val="auto"/>
          <w:sz w:val="28"/>
          <w:szCs w:val="28"/>
        </w:rPr>
      </w:pPr>
      <w:r w:rsidRPr="007D2C28">
        <w:rPr>
          <w:rFonts w:ascii="Segoe UI" w:hAnsi="Segoe UI" w:cs="Segoe UI"/>
          <w:bCs/>
          <w:color w:val="auto"/>
          <w:sz w:val="28"/>
          <w:szCs w:val="28"/>
        </w:rPr>
        <w:t>Pledge Form</w:t>
      </w:r>
    </w:p>
    <w:p w14:paraId="3202FA82" w14:textId="3F4F85A9" w:rsidR="00BE2538" w:rsidRPr="004A3611" w:rsidRDefault="006F7524">
      <w:pPr>
        <w:spacing w:after="180" w:line="259" w:lineRule="auto"/>
        <w:rPr>
          <w:rFonts w:ascii="Segoe UI Symbol" w:hAnsi="Segoe UI Symbol"/>
          <w:color w:val="auto"/>
          <w:sz w:val="22"/>
        </w:rPr>
      </w:pPr>
      <w:r w:rsidRPr="004A3611">
        <w:rPr>
          <w:rFonts w:ascii="Segoe UI Symbol" w:hAnsi="Segoe UI Symbol"/>
          <w:color w:val="auto"/>
          <w:sz w:val="22"/>
        </w:rPr>
        <w:t xml:space="preserve">If you have included Hertford College (registered charity in England and Wales 1137527) </w:t>
      </w:r>
      <w:r w:rsidR="00A92372">
        <w:rPr>
          <w:rFonts w:ascii="Segoe UI Symbol" w:hAnsi="Segoe UI Symbol"/>
          <w:color w:val="auto"/>
          <w:sz w:val="22"/>
        </w:rPr>
        <w:t xml:space="preserve">in your Will, </w:t>
      </w:r>
      <w:r w:rsidRPr="004A3611">
        <w:rPr>
          <w:rFonts w:ascii="Segoe UI Symbol" w:hAnsi="Segoe UI Symbol"/>
          <w:color w:val="auto"/>
          <w:sz w:val="22"/>
        </w:rPr>
        <w:t>or intend to do so, we would be grateful if you would let us know by completing and returning this form to the Development Office. The form is not legally binding and any details you choose to share will be treated in strictest confidence.</w:t>
      </w:r>
    </w:p>
    <w:p w14:paraId="375108F2" w14:textId="77777777" w:rsidR="00BE2538" w:rsidRPr="007D2C28" w:rsidRDefault="006F7524">
      <w:pPr>
        <w:pBdr>
          <w:bottom w:val="single" w:sz="8" w:space="6" w:color="B39C60"/>
        </w:pBdr>
        <w:spacing w:before="80" w:after="80"/>
        <w:rPr>
          <w:rFonts w:ascii="Segoe UI Symbol" w:hAnsi="Segoe UI Symbol"/>
          <w:color w:val="auto"/>
        </w:rPr>
      </w:pPr>
      <w:r w:rsidRPr="007D2C28">
        <w:rPr>
          <w:rFonts w:ascii="Segoe UI Symbol" w:hAnsi="Segoe UI Symbol"/>
          <w:b/>
          <w:color w:val="auto"/>
          <w:sz w:val="29"/>
        </w:rPr>
        <w:t>MY DETAILS</w:t>
      </w:r>
    </w:p>
    <w:p w14:paraId="3AD0FCD6" w14:textId="72F4AD18"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 xml:space="preserve">Full </w:t>
      </w:r>
      <w:r w:rsidR="00480FBB">
        <w:rPr>
          <w:rFonts w:ascii="Segoe UI Symbol" w:hAnsi="Segoe UI Symbol"/>
          <w:color w:val="auto"/>
          <w:sz w:val="22"/>
        </w:rPr>
        <w:t>n</w:t>
      </w:r>
      <w:r w:rsidRPr="004A3611">
        <w:rPr>
          <w:rFonts w:ascii="Segoe UI Symbol" w:hAnsi="Segoe UI Symbol"/>
          <w:color w:val="auto"/>
          <w:sz w:val="22"/>
        </w:rPr>
        <w:t>ame</w:t>
      </w:r>
    </w:p>
    <w:tbl>
      <w:tblPr>
        <w:tblW w:w="0" w:type="auto"/>
        <w:tblLayout w:type="fixed"/>
        <w:tblLook w:val="04A0" w:firstRow="1" w:lastRow="0" w:firstColumn="1" w:lastColumn="0" w:noHBand="0" w:noVBand="1"/>
      </w:tblPr>
      <w:tblGrid>
        <w:gridCol w:w="9576"/>
      </w:tblGrid>
      <w:tr w:rsidR="00BE2538" w:rsidRPr="004A3611" w14:paraId="2275556C"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7E807E2C"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FULL_NAME"/>
                <w:tag w:val="FULL_NAME"/>
                <w:id w:val="-10768145"/>
              </w:sdtPr>
              <w:sdtEndPr/>
              <w:sdtContent>
                <w:r w:rsidR="006F7524" w:rsidRPr="004A3611">
                  <w:rPr>
                    <w:rFonts w:ascii="Segoe UI Symbol" w:hAnsi="Segoe UI Symbol"/>
                    <w:color w:val="auto"/>
                    <w:sz w:val="22"/>
                  </w:rPr>
                  <w:t>Click or tap here to enter text</w:t>
                </w:r>
              </w:sdtContent>
            </w:sdt>
          </w:p>
        </w:tc>
      </w:tr>
    </w:tbl>
    <w:p w14:paraId="0A5AD865" w14:textId="77777777" w:rsidR="00BE2538" w:rsidRPr="004A3611" w:rsidRDefault="00BE2538">
      <w:pPr>
        <w:spacing w:after="20"/>
        <w:rPr>
          <w:rFonts w:ascii="Segoe UI Symbol" w:hAnsi="Segoe UI Symbol"/>
          <w:color w:val="auto"/>
          <w:sz w:val="22"/>
        </w:rPr>
      </w:pPr>
    </w:p>
    <w:p w14:paraId="5A2C4B18" w14:textId="77777777"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Matriculation year and subject (if applicable)</w:t>
      </w:r>
    </w:p>
    <w:tbl>
      <w:tblPr>
        <w:tblW w:w="0" w:type="auto"/>
        <w:tblLayout w:type="fixed"/>
        <w:tblLook w:val="04A0" w:firstRow="1" w:lastRow="0" w:firstColumn="1" w:lastColumn="0" w:noHBand="0" w:noVBand="1"/>
      </w:tblPr>
      <w:tblGrid>
        <w:gridCol w:w="9576"/>
      </w:tblGrid>
      <w:tr w:rsidR="00BE2538" w:rsidRPr="004A3611" w14:paraId="5821B61E"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7049BE98"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MATRICULATION"/>
                <w:tag w:val="MATRICULATION"/>
                <w:id w:val="593132406"/>
              </w:sdtPr>
              <w:sdtEndPr/>
              <w:sdtContent>
                <w:r w:rsidR="006F7524" w:rsidRPr="004A3611">
                  <w:rPr>
                    <w:rFonts w:ascii="Segoe UI Symbol" w:hAnsi="Segoe UI Symbol"/>
                    <w:color w:val="auto"/>
                    <w:sz w:val="22"/>
                  </w:rPr>
                  <w:t>Click or tap here to enter text</w:t>
                </w:r>
              </w:sdtContent>
            </w:sdt>
          </w:p>
        </w:tc>
      </w:tr>
    </w:tbl>
    <w:p w14:paraId="20548221" w14:textId="77777777" w:rsidR="00BE2538" w:rsidRPr="004A3611" w:rsidRDefault="00BE2538">
      <w:pPr>
        <w:spacing w:after="20"/>
        <w:rPr>
          <w:rFonts w:ascii="Segoe UI Symbol" w:hAnsi="Segoe UI Symbol"/>
          <w:color w:val="auto"/>
          <w:sz w:val="22"/>
        </w:rPr>
      </w:pPr>
    </w:p>
    <w:p w14:paraId="6510EEAC" w14:textId="77777777"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Address</w:t>
      </w:r>
    </w:p>
    <w:tbl>
      <w:tblPr>
        <w:tblW w:w="0" w:type="auto"/>
        <w:tblLayout w:type="fixed"/>
        <w:tblLook w:val="04A0" w:firstRow="1" w:lastRow="0" w:firstColumn="1" w:lastColumn="0" w:noHBand="0" w:noVBand="1"/>
      </w:tblPr>
      <w:tblGrid>
        <w:gridCol w:w="9576"/>
      </w:tblGrid>
      <w:tr w:rsidR="00BE2538" w:rsidRPr="004A3611" w14:paraId="23ADD41D"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55A12FA6"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ADDRESS"/>
                <w:tag w:val="ADDRESS"/>
                <w:id w:val="-1049070541"/>
              </w:sdtPr>
              <w:sdtEndPr/>
              <w:sdtContent>
                <w:r w:rsidR="006F7524" w:rsidRPr="004A3611">
                  <w:rPr>
                    <w:rFonts w:ascii="Segoe UI Symbol" w:hAnsi="Segoe UI Symbol"/>
                    <w:color w:val="auto"/>
                    <w:sz w:val="22"/>
                  </w:rPr>
                  <w:t>Click or tap here to enter text</w:t>
                </w:r>
              </w:sdtContent>
            </w:sdt>
          </w:p>
        </w:tc>
      </w:tr>
    </w:tbl>
    <w:p w14:paraId="15C78790" w14:textId="77777777" w:rsidR="00BE2538" w:rsidRPr="004A3611" w:rsidRDefault="00BE2538">
      <w:pPr>
        <w:spacing w:after="20"/>
        <w:rPr>
          <w:rFonts w:ascii="Segoe UI Symbol" w:hAnsi="Segoe UI Symbol"/>
          <w:color w:val="auto"/>
          <w:sz w:val="22"/>
        </w:rPr>
      </w:pPr>
    </w:p>
    <w:p w14:paraId="22A86AEB" w14:textId="77777777"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Telephone</w:t>
      </w:r>
    </w:p>
    <w:tbl>
      <w:tblPr>
        <w:tblW w:w="0" w:type="auto"/>
        <w:tblLayout w:type="fixed"/>
        <w:tblLook w:val="04A0" w:firstRow="1" w:lastRow="0" w:firstColumn="1" w:lastColumn="0" w:noHBand="0" w:noVBand="1"/>
      </w:tblPr>
      <w:tblGrid>
        <w:gridCol w:w="9576"/>
      </w:tblGrid>
      <w:tr w:rsidR="00BE2538" w:rsidRPr="004A3611" w14:paraId="3C63E045"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321A776A"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TELEPHONE"/>
                <w:tag w:val="TELEPHONE"/>
                <w:id w:val="-1157840929"/>
              </w:sdtPr>
              <w:sdtEndPr/>
              <w:sdtContent>
                <w:r w:rsidR="006F7524" w:rsidRPr="004A3611">
                  <w:rPr>
                    <w:rFonts w:ascii="Segoe UI Symbol" w:hAnsi="Segoe UI Symbol"/>
                    <w:color w:val="auto"/>
                    <w:sz w:val="22"/>
                  </w:rPr>
                  <w:t>Click or tap here to enter text</w:t>
                </w:r>
              </w:sdtContent>
            </w:sdt>
          </w:p>
        </w:tc>
      </w:tr>
    </w:tbl>
    <w:p w14:paraId="5E9F8AD6" w14:textId="77777777" w:rsidR="00BE2538" w:rsidRPr="004A3611" w:rsidRDefault="00BE2538">
      <w:pPr>
        <w:spacing w:after="20"/>
        <w:rPr>
          <w:rFonts w:ascii="Segoe UI Symbol" w:hAnsi="Segoe UI Symbol"/>
          <w:color w:val="auto"/>
          <w:sz w:val="22"/>
        </w:rPr>
      </w:pPr>
    </w:p>
    <w:p w14:paraId="299E106E" w14:textId="77777777"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Email</w:t>
      </w:r>
    </w:p>
    <w:tbl>
      <w:tblPr>
        <w:tblW w:w="0" w:type="auto"/>
        <w:tblLayout w:type="fixed"/>
        <w:tblLook w:val="04A0" w:firstRow="1" w:lastRow="0" w:firstColumn="1" w:lastColumn="0" w:noHBand="0" w:noVBand="1"/>
      </w:tblPr>
      <w:tblGrid>
        <w:gridCol w:w="9576"/>
      </w:tblGrid>
      <w:tr w:rsidR="00BE2538" w:rsidRPr="004A3611" w14:paraId="1C92EFB6"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2FE919E3"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EMAIL"/>
                <w:tag w:val="EMAIL"/>
                <w:id w:val="720258305"/>
              </w:sdtPr>
              <w:sdtEndPr/>
              <w:sdtContent>
                <w:r w:rsidR="006F7524" w:rsidRPr="004A3611">
                  <w:rPr>
                    <w:rFonts w:ascii="Segoe UI Symbol" w:hAnsi="Segoe UI Symbol"/>
                    <w:color w:val="auto"/>
                    <w:sz w:val="22"/>
                  </w:rPr>
                  <w:t>Click or tap here to enter text</w:t>
                </w:r>
              </w:sdtContent>
            </w:sdt>
          </w:p>
        </w:tc>
      </w:tr>
    </w:tbl>
    <w:p w14:paraId="4C02CF37" w14:textId="77777777" w:rsidR="00BE2538" w:rsidRPr="004A3611" w:rsidRDefault="00BE2538">
      <w:pPr>
        <w:spacing w:after="20"/>
        <w:rPr>
          <w:rFonts w:ascii="Segoe UI Symbol" w:hAnsi="Segoe UI Symbol"/>
          <w:color w:val="auto"/>
          <w:sz w:val="22"/>
        </w:rPr>
      </w:pPr>
    </w:p>
    <w:p w14:paraId="22D4505E" w14:textId="77777777" w:rsidR="00BE2538" w:rsidRPr="004A3611" w:rsidRDefault="006F7524">
      <w:pPr>
        <w:pBdr>
          <w:top w:val="single" w:sz="8" w:space="6" w:color="333333"/>
        </w:pBdr>
        <w:spacing w:before="60" w:after="100"/>
        <w:rPr>
          <w:rFonts w:ascii="Segoe UI Symbol" w:hAnsi="Segoe UI Symbol"/>
          <w:color w:val="auto"/>
          <w:sz w:val="22"/>
        </w:rPr>
      </w:pPr>
      <w:r w:rsidRPr="004A3611">
        <w:rPr>
          <w:rFonts w:ascii="Segoe UI Symbol" w:hAnsi="Segoe UI Symbol"/>
          <w:b/>
          <w:color w:val="auto"/>
          <w:sz w:val="22"/>
        </w:rPr>
        <w:t>Please tick as appropriate:</w:t>
      </w:r>
    </w:p>
    <w:p w14:paraId="461BE264" w14:textId="77777777"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WILL_ALREADY"/>
          <w:tag w:val="WILL_ALREADY"/>
          <w:id w:val="-1840223270"/>
          <w14:checkbox>
            <w14:checked w14:val="0"/>
            <w14:checkedState w14:val="2612" w14:font="MS Gothic"/>
            <w14:uncheckedState w14:val="2610" w14:font="MS Gothic"/>
          </w14:checkbox>
        </w:sdtPr>
        <w:sdtEndPr/>
        <w:sdtContent>
          <w:r w:rsidR="006F7524" w:rsidRPr="004A3611">
            <w:rPr>
              <w:rFonts w:ascii="Segoe UI Symbol" w:hAnsi="Segoe UI Symbol"/>
              <w:color w:val="auto"/>
              <w:sz w:val="22"/>
            </w:rPr>
            <w:t>☐</w:t>
          </w:r>
        </w:sdtContent>
      </w:sdt>
      <w:r w:rsidR="006F7524" w:rsidRPr="004A3611">
        <w:rPr>
          <w:rFonts w:ascii="Segoe UI Symbol" w:hAnsi="Segoe UI Symbol"/>
          <w:color w:val="auto"/>
          <w:sz w:val="22"/>
        </w:rPr>
        <w:t xml:space="preserve">  I have already included a gift to Hertford in my Will</w:t>
      </w:r>
    </w:p>
    <w:p w14:paraId="36C8F1AB" w14:textId="77777777"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WILL_INTEND"/>
          <w:tag w:val="WILL_INTEND"/>
          <w:id w:val="-546609269"/>
          <w14:checkbox>
            <w14:checked w14:val="0"/>
            <w14:checkedState w14:val="2612" w14:font="MS Gothic"/>
            <w14:uncheckedState w14:val="2610" w14:font="MS Gothic"/>
          </w14:checkbox>
        </w:sdtPr>
        <w:sdtEndPr/>
        <w:sdtContent>
          <w:r w:rsidR="006F7524" w:rsidRPr="004A3611">
            <w:rPr>
              <w:rFonts w:ascii="Segoe UI Symbol" w:hAnsi="Segoe UI Symbol"/>
              <w:color w:val="auto"/>
              <w:sz w:val="22"/>
            </w:rPr>
            <w:t>☐</w:t>
          </w:r>
        </w:sdtContent>
      </w:sdt>
      <w:r w:rsidR="006F7524" w:rsidRPr="004A3611">
        <w:rPr>
          <w:rFonts w:ascii="Segoe UI Symbol" w:hAnsi="Segoe UI Symbol"/>
          <w:color w:val="auto"/>
          <w:sz w:val="22"/>
        </w:rPr>
        <w:t xml:space="preserve">  I intend to include Hertford in my Will</w:t>
      </w:r>
    </w:p>
    <w:p w14:paraId="55EBF0B5" w14:textId="5ED30588"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WILL_CONSIDERING"/>
          <w:tag w:val="WILL_CONSIDERING"/>
          <w:id w:val="-1658753671"/>
          <w14:checkbox>
            <w14:checked w14:val="0"/>
            <w14:checkedState w14:val="2612" w14:font="MS Gothic"/>
            <w14:uncheckedState w14:val="2610" w14:font="MS Gothic"/>
          </w14:checkbox>
        </w:sdtPr>
        <w:sdtEndPr/>
        <w:sdtContent>
          <w:r w:rsidR="006F7524" w:rsidRPr="004A3611">
            <w:rPr>
              <w:rFonts w:ascii="Segoe UI Symbol" w:hAnsi="Segoe UI Symbol"/>
              <w:color w:val="auto"/>
              <w:sz w:val="22"/>
            </w:rPr>
            <w:t>☐</w:t>
          </w:r>
        </w:sdtContent>
      </w:sdt>
      <w:r w:rsidR="006F7524" w:rsidRPr="004A3611">
        <w:rPr>
          <w:rFonts w:ascii="Segoe UI Symbol" w:hAnsi="Segoe UI Symbol"/>
          <w:color w:val="auto"/>
          <w:sz w:val="22"/>
        </w:rPr>
        <w:t xml:space="preserve">  I am considering a gift to Hertford in my </w:t>
      </w:r>
      <w:r w:rsidR="00480FBB">
        <w:rPr>
          <w:rFonts w:ascii="Segoe UI Symbol" w:hAnsi="Segoe UI Symbol"/>
          <w:color w:val="auto"/>
          <w:sz w:val="22"/>
        </w:rPr>
        <w:t>W</w:t>
      </w:r>
      <w:r w:rsidR="006F7524" w:rsidRPr="004A3611">
        <w:rPr>
          <w:rFonts w:ascii="Segoe UI Symbol" w:hAnsi="Segoe UI Symbol"/>
          <w:color w:val="auto"/>
          <w:sz w:val="22"/>
        </w:rPr>
        <w:t>ill and would like to discuss this in confidence</w:t>
      </w:r>
    </w:p>
    <w:p w14:paraId="577E2373" w14:textId="77777777"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WILL_DISCRETION"/>
          <w:tag w:val="WILL_DISCRETION"/>
          <w:id w:val="30234260"/>
          <w14:checkbox>
            <w14:checked w14:val="0"/>
            <w14:checkedState w14:val="2612" w14:font="MS Gothic"/>
            <w14:uncheckedState w14:val="2610" w14:font="MS Gothic"/>
          </w14:checkbox>
        </w:sdtPr>
        <w:sdtEndPr/>
        <w:sdtContent>
          <w:r w:rsidR="006F7524" w:rsidRPr="004A3611">
            <w:rPr>
              <w:rFonts w:ascii="Segoe UI Symbol" w:hAnsi="Segoe UI Symbol"/>
              <w:color w:val="auto"/>
              <w:sz w:val="22"/>
            </w:rPr>
            <w:t>☐</w:t>
          </w:r>
        </w:sdtContent>
      </w:sdt>
      <w:r w:rsidR="006F7524" w:rsidRPr="004A3611">
        <w:rPr>
          <w:rFonts w:ascii="Segoe UI Symbol" w:hAnsi="Segoe UI Symbol"/>
          <w:color w:val="auto"/>
          <w:sz w:val="22"/>
        </w:rPr>
        <w:t xml:space="preserve">  I wish for my gift to be used at the college’s discretion</w:t>
      </w:r>
    </w:p>
    <w:p w14:paraId="75F91AF0" w14:textId="411DF1B9"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WILL_PURPOSE"/>
          <w:tag w:val="WILL_PURPOSE"/>
          <w:id w:val="-1183670613"/>
          <w14:checkbox>
            <w14:checked w14:val="0"/>
            <w14:checkedState w14:val="2612" w14:font="MS Gothic"/>
            <w14:uncheckedState w14:val="2610" w14:font="MS Gothic"/>
          </w14:checkbox>
        </w:sdtPr>
        <w:sdtEndPr/>
        <w:sdtContent>
          <w:r w:rsidR="004A3611" w:rsidRPr="004A3611">
            <w:rPr>
              <w:rFonts w:ascii="MS Gothic" w:eastAsia="MS Gothic" w:hAnsi="MS Gothic" w:hint="eastAsia"/>
              <w:color w:val="auto"/>
              <w:sz w:val="22"/>
            </w:rPr>
            <w:t>☐</w:t>
          </w:r>
        </w:sdtContent>
      </w:sdt>
      <w:r w:rsidR="006F7524" w:rsidRPr="004A3611">
        <w:rPr>
          <w:rFonts w:ascii="Segoe UI Symbol" w:hAnsi="Segoe UI Symbol"/>
          <w:color w:val="auto"/>
          <w:sz w:val="22"/>
        </w:rPr>
        <w:t xml:space="preserve">  I wish for my gift to be used for the following purpose (please provide details below)</w:t>
      </w:r>
    </w:p>
    <w:tbl>
      <w:tblPr>
        <w:tblW w:w="0" w:type="auto"/>
        <w:tblLayout w:type="fixed"/>
        <w:tblLook w:val="04A0" w:firstRow="1" w:lastRow="0" w:firstColumn="1" w:lastColumn="0" w:noHBand="0" w:noVBand="1"/>
      </w:tblPr>
      <w:tblGrid>
        <w:gridCol w:w="9576"/>
      </w:tblGrid>
      <w:tr w:rsidR="00BE2538" w:rsidRPr="004A3611" w14:paraId="0845EB60"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3042A879"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PURPOSE"/>
                <w:tag w:val="PURPOSE"/>
                <w:id w:val="1558203727"/>
              </w:sdtPr>
              <w:sdtEndPr/>
              <w:sdtContent>
                <w:r w:rsidR="006F7524" w:rsidRPr="004A3611">
                  <w:rPr>
                    <w:rFonts w:ascii="Segoe UI Symbol" w:hAnsi="Segoe UI Symbol"/>
                    <w:color w:val="auto"/>
                    <w:sz w:val="22"/>
                  </w:rPr>
                  <w:t>Click or tap here to enter text</w:t>
                </w:r>
              </w:sdtContent>
            </w:sdt>
          </w:p>
        </w:tc>
      </w:tr>
    </w:tbl>
    <w:p w14:paraId="07DBFE3D" w14:textId="161047E0" w:rsidR="004A3611" w:rsidRPr="004A3611" w:rsidRDefault="004A3611" w:rsidP="5A7BE8D2">
      <w:pPr>
        <w:spacing w:before="40" w:after="80"/>
        <w:rPr>
          <w:rFonts w:ascii="Segoe UI Symbol" w:hAnsi="Segoe UI Symbol"/>
          <w:color w:val="auto"/>
          <w:sz w:val="22"/>
        </w:rPr>
      </w:pPr>
      <w:r w:rsidRPr="5A7BE8D2">
        <w:rPr>
          <w:rFonts w:ascii="Segoe UI Symbol" w:hAnsi="Segoe UI Symbol"/>
          <w:color w:val="auto"/>
          <w:sz w:val="22"/>
        </w:rPr>
        <w:lastRenderedPageBreak/>
        <w:t xml:space="preserve">                                                                              </w:t>
      </w:r>
      <w:r>
        <w:rPr>
          <w:noProof/>
        </w:rPr>
        <w:drawing>
          <wp:inline distT="0" distB="0" distL="0" distR="0" wp14:anchorId="0E673753" wp14:editId="7A207214">
            <wp:extent cx="502920" cy="598897"/>
            <wp:effectExtent l="0" t="0" r="0" b="0"/>
            <wp:docPr id="1461918948" name="Picture 146191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9"/>
                    <a:stretch>
                      <a:fillRect/>
                    </a:stretch>
                  </pic:blipFill>
                  <pic:spPr>
                    <a:xfrm>
                      <a:off x="0" y="0"/>
                      <a:ext cx="502920" cy="598897"/>
                    </a:xfrm>
                    <a:prstGeom prst="rect">
                      <a:avLst/>
                    </a:prstGeom>
                  </pic:spPr>
                </pic:pic>
              </a:graphicData>
            </a:graphic>
          </wp:inline>
        </w:drawing>
      </w:r>
    </w:p>
    <w:p w14:paraId="7AAEFC4A" w14:textId="77777777" w:rsidR="004A3611" w:rsidRPr="004A3611" w:rsidRDefault="004A3611">
      <w:pPr>
        <w:spacing w:before="40" w:after="80"/>
        <w:rPr>
          <w:rFonts w:ascii="Segoe UI Symbol" w:hAnsi="Segoe UI Symbol"/>
          <w:color w:val="auto"/>
          <w:sz w:val="22"/>
        </w:rPr>
      </w:pPr>
    </w:p>
    <w:p w14:paraId="69244BB0" w14:textId="5EDD996A" w:rsidR="00BE2538" w:rsidRPr="004A3611" w:rsidRDefault="006F7524">
      <w:pPr>
        <w:spacing w:before="40" w:after="80"/>
        <w:rPr>
          <w:rFonts w:ascii="Segoe UI Symbol" w:hAnsi="Segoe UI Symbol"/>
          <w:color w:val="auto"/>
          <w:sz w:val="22"/>
        </w:rPr>
      </w:pPr>
      <w:r w:rsidRPr="004A3611">
        <w:rPr>
          <w:rFonts w:ascii="Segoe UI Symbol" w:hAnsi="Segoe UI Symbol"/>
          <w:color w:val="auto"/>
          <w:sz w:val="22"/>
        </w:rPr>
        <w:t>The estimated present-day value of my gift:</w:t>
      </w:r>
    </w:p>
    <w:tbl>
      <w:tblPr>
        <w:tblW w:w="0" w:type="auto"/>
        <w:tblLayout w:type="fixed"/>
        <w:tblLook w:val="04A0" w:firstRow="1" w:lastRow="0" w:firstColumn="1" w:lastColumn="0" w:noHBand="0" w:noVBand="1"/>
      </w:tblPr>
      <w:tblGrid>
        <w:gridCol w:w="9576"/>
      </w:tblGrid>
      <w:tr w:rsidR="00BE2538" w:rsidRPr="004A3611" w14:paraId="1BB519D3" w14:textId="77777777">
        <w:trPr>
          <w:trHeight w:val="403"/>
        </w:trPr>
        <w:tc>
          <w:tcPr>
            <w:tcW w:w="9576" w:type="dxa"/>
            <w:tcBorders>
              <w:top w:val="single" w:sz="5" w:space="0" w:color="B7BDC2"/>
              <w:left w:val="single" w:sz="5" w:space="0" w:color="B7BDC2"/>
              <w:bottom w:val="single" w:sz="5" w:space="0" w:color="B7BDC2"/>
              <w:right w:val="single" w:sz="5" w:space="0" w:color="B7BDC2"/>
            </w:tcBorders>
            <w:tcMar>
              <w:top w:w="70" w:type="dxa"/>
              <w:left w:w="90" w:type="dxa"/>
              <w:bottom w:w="70" w:type="dxa"/>
              <w:right w:w="90" w:type="dxa"/>
            </w:tcMar>
            <w:vAlign w:val="center"/>
          </w:tcPr>
          <w:p w14:paraId="30788C8F" w14:textId="77777777" w:rsidR="00BE2538" w:rsidRPr="004A3611" w:rsidRDefault="00CA7458">
            <w:pPr>
              <w:spacing w:after="0"/>
              <w:rPr>
                <w:rFonts w:ascii="Segoe UI Symbol" w:hAnsi="Segoe UI Symbol"/>
                <w:color w:val="auto"/>
                <w:sz w:val="22"/>
              </w:rPr>
            </w:pPr>
            <w:sdt>
              <w:sdtPr>
                <w:rPr>
                  <w:rFonts w:ascii="Segoe UI Symbol" w:hAnsi="Segoe UI Symbol"/>
                  <w:color w:val="auto"/>
                  <w:sz w:val="22"/>
                </w:rPr>
                <w:alias w:val="GIFT_VALUE"/>
                <w:tag w:val="GIFT_VALUE"/>
                <w:id w:val="881531237"/>
              </w:sdtPr>
              <w:sdtEndPr/>
              <w:sdtContent>
                <w:r w:rsidR="006F7524" w:rsidRPr="004A3611">
                  <w:rPr>
                    <w:rFonts w:ascii="Segoe UI Symbol" w:hAnsi="Segoe UI Symbol"/>
                    <w:color w:val="auto"/>
                    <w:sz w:val="22"/>
                  </w:rPr>
                  <w:t>Click or tap here to enter text</w:t>
                </w:r>
              </w:sdtContent>
            </w:sdt>
          </w:p>
        </w:tc>
      </w:tr>
    </w:tbl>
    <w:p w14:paraId="0DAC7F42" w14:textId="77777777" w:rsidR="00BE2538" w:rsidRPr="004A3611" w:rsidRDefault="00BE2538">
      <w:pPr>
        <w:spacing w:after="20"/>
        <w:rPr>
          <w:rFonts w:ascii="Segoe UI Symbol" w:hAnsi="Segoe UI Symbol"/>
          <w:color w:val="auto"/>
          <w:sz w:val="22"/>
        </w:rPr>
      </w:pPr>
    </w:p>
    <w:p w14:paraId="2D9AC505" w14:textId="77777777" w:rsidR="00BE2538" w:rsidRPr="004A3611" w:rsidRDefault="006F7524">
      <w:pPr>
        <w:pBdr>
          <w:top w:val="single" w:sz="8" w:space="6" w:color="333333"/>
        </w:pBdr>
        <w:spacing w:before="40" w:after="100"/>
        <w:rPr>
          <w:rFonts w:ascii="Segoe UI Symbol" w:hAnsi="Segoe UI Symbol"/>
          <w:color w:val="auto"/>
          <w:sz w:val="22"/>
        </w:rPr>
      </w:pPr>
      <w:r w:rsidRPr="004A3611">
        <w:rPr>
          <w:rFonts w:ascii="Segoe UI Symbol" w:hAnsi="Segoe UI Symbol"/>
          <w:b/>
          <w:color w:val="auto"/>
          <w:sz w:val="22"/>
        </w:rPr>
        <w:t>The Geoffrey and May Warnock Society</w:t>
      </w:r>
    </w:p>
    <w:p w14:paraId="25851394" w14:textId="47923C3C" w:rsidR="00BE2538" w:rsidRPr="004A3611" w:rsidRDefault="006F7524">
      <w:pPr>
        <w:spacing w:after="140" w:line="259" w:lineRule="auto"/>
        <w:rPr>
          <w:rFonts w:ascii="Segoe UI Symbol" w:hAnsi="Segoe UI Symbol"/>
          <w:color w:val="auto"/>
          <w:sz w:val="22"/>
        </w:rPr>
      </w:pPr>
      <w:r w:rsidRPr="004A3611">
        <w:rPr>
          <w:rFonts w:ascii="Segoe UI Symbol" w:hAnsi="Segoe UI Symbol"/>
          <w:color w:val="auto"/>
          <w:sz w:val="22"/>
        </w:rPr>
        <w:t>The Geoffrey and May Warnock Society was established to recognise those who have chosen to include Hertford College in their Will. To express our gratitude, members are invited to special events throughout the year to recognise their outstanding commitment to Hertford. Members</w:t>
      </w:r>
      <w:r w:rsidR="00CF2CAE">
        <w:rPr>
          <w:rFonts w:ascii="Segoe UI Symbol" w:hAnsi="Segoe UI Symbol"/>
          <w:color w:val="auto"/>
          <w:sz w:val="22"/>
        </w:rPr>
        <w:t>’</w:t>
      </w:r>
      <w:r w:rsidRPr="004A3611">
        <w:rPr>
          <w:rFonts w:ascii="Segoe UI Symbol" w:hAnsi="Segoe UI Symbol"/>
          <w:color w:val="auto"/>
          <w:sz w:val="22"/>
        </w:rPr>
        <w:t xml:space="preserve"> names are also celebrated </w:t>
      </w:r>
      <w:proofErr w:type="gramStart"/>
      <w:r w:rsidRPr="004A3611">
        <w:rPr>
          <w:rFonts w:ascii="Segoe UI Symbol" w:hAnsi="Segoe UI Symbol"/>
          <w:color w:val="auto"/>
          <w:sz w:val="22"/>
        </w:rPr>
        <w:t>in</w:t>
      </w:r>
      <w:proofErr w:type="gramEnd"/>
      <w:r w:rsidRPr="004A3611">
        <w:rPr>
          <w:rFonts w:ascii="Segoe UI Symbol" w:hAnsi="Segoe UI Symbol"/>
          <w:color w:val="auto"/>
          <w:sz w:val="22"/>
        </w:rPr>
        <w:t xml:space="preserve"> the annual Hertford Magazine donor list.</w:t>
      </w:r>
    </w:p>
    <w:p w14:paraId="7D4CE888" w14:textId="3C2FFD3C"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NO_WARNOCK"/>
          <w:tag w:val="NO_WARNOCK"/>
          <w:id w:val="2028830976"/>
          <w14:checkbox>
            <w14:checked w14:val="0"/>
            <w14:checkedState w14:val="2612" w14:font="MS Gothic"/>
            <w14:uncheckedState w14:val="2610" w14:font="MS Gothic"/>
          </w14:checkbox>
        </w:sdtPr>
        <w:sdtEndPr/>
        <w:sdtContent>
          <w:r w:rsidR="00B0381B">
            <w:rPr>
              <w:rFonts w:ascii="MS Gothic" w:eastAsia="MS Gothic" w:hAnsi="MS Gothic" w:hint="eastAsia"/>
              <w:color w:val="auto"/>
              <w:sz w:val="22"/>
            </w:rPr>
            <w:t>☐</w:t>
          </w:r>
        </w:sdtContent>
      </w:sdt>
      <w:r w:rsidR="006F7524" w:rsidRPr="004A3611">
        <w:rPr>
          <w:rFonts w:ascii="Segoe UI Symbol" w:hAnsi="Segoe UI Symbol"/>
          <w:color w:val="auto"/>
          <w:sz w:val="22"/>
        </w:rPr>
        <w:t xml:space="preserve">  I </w:t>
      </w:r>
      <w:r w:rsidR="006F7524" w:rsidRPr="004A3611">
        <w:rPr>
          <w:rFonts w:ascii="Segoe UI Symbol" w:hAnsi="Segoe UI Symbol"/>
          <w:b/>
          <w:bCs/>
          <w:color w:val="auto"/>
          <w:sz w:val="22"/>
        </w:rPr>
        <w:t>do not</w:t>
      </w:r>
      <w:r w:rsidR="006F7524" w:rsidRPr="004A3611">
        <w:rPr>
          <w:rFonts w:ascii="Segoe UI Symbol" w:hAnsi="Segoe UI Symbol"/>
          <w:color w:val="auto"/>
          <w:sz w:val="22"/>
        </w:rPr>
        <w:t xml:space="preserve"> wish to join the Warnock Society</w:t>
      </w:r>
    </w:p>
    <w:p w14:paraId="0A81AC76" w14:textId="77777777" w:rsidR="00BE2538" w:rsidRPr="004A3611" w:rsidRDefault="00CA7458">
      <w:pPr>
        <w:spacing w:after="60"/>
        <w:rPr>
          <w:rFonts w:ascii="Segoe UI Symbol" w:hAnsi="Segoe UI Symbol"/>
          <w:color w:val="auto"/>
          <w:sz w:val="22"/>
        </w:rPr>
      </w:pPr>
      <w:sdt>
        <w:sdtPr>
          <w:rPr>
            <w:rFonts w:ascii="Segoe UI Symbol" w:hAnsi="Segoe UI Symbol"/>
            <w:color w:val="auto"/>
            <w:sz w:val="22"/>
          </w:rPr>
          <w:alias w:val="NO_PUBLISHED"/>
          <w:tag w:val="NO_PUBLISHED"/>
          <w:id w:val="824702728"/>
          <w14:checkbox>
            <w14:checked w14:val="0"/>
            <w14:checkedState w14:val="2612" w14:font="MS Gothic"/>
            <w14:uncheckedState w14:val="2610" w14:font="MS Gothic"/>
          </w14:checkbox>
        </w:sdtPr>
        <w:sdtEndPr/>
        <w:sdtContent>
          <w:r w:rsidR="006F7524" w:rsidRPr="004A3611">
            <w:rPr>
              <w:rFonts w:ascii="Segoe UI Symbol" w:hAnsi="Segoe UI Symbol"/>
              <w:color w:val="auto"/>
              <w:sz w:val="22"/>
            </w:rPr>
            <w:t>☐</w:t>
          </w:r>
        </w:sdtContent>
      </w:sdt>
      <w:r w:rsidR="006F7524" w:rsidRPr="004A3611">
        <w:rPr>
          <w:rFonts w:ascii="Segoe UI Symbol" w:hAnsi="Segoe UI Symbol"/>
          <w:color w:val="auto"/>
          <w:sz w:val="22"/>
        </w:rPr>
        <w:t xml:space="preserve">  Please </w:t>
      </w:r>
      <w:r w:rsidR="006F7524" w:rsidRPr="004A3611">
        <w:rPr>
          <w:rFonts w:ascii="Segoe UI Symbol" w:hAnsi="Segoe UI Symbol"/>
          <w:b/>
          <w:bCs/>
          <w:color w:val="auto"/>
          <w:sz w:val="22"/>
        </w:rPr>
        <w:t>do not</w:t>
      </w:r>
      <w:r w:rsidR="006F7524" w:rsidRPr="004A3611">
        <w:rPr>
          <w:rFonts w:ascii="Segoe UI Symbol" w:hAnsi="Segoe UI Symbol"/>
          <w:color w:val="auto"/>
          <w:sz w:val="22"/>
        </w:rPr>
        <w:t xml:space="preserve"> include my name in published donor lists</w:t>
      </w:r>
    </w:p>
    <w:p w14:paraId="2BC1D281" w14:textId="77777777" w:rsidR="00BE2538" w:rsidRPr="004A3611" w:rsidRDefault="00BE2538">
      <w:pPr>
        <w:pBdr>
          <w:top w:val="single" w:sz="8" w:space="6" w:color="333333"/>
        </w:pBdr>
        <w:spacing w:before="320" w:after="0"/>
        <w:rPr>
          <w:rFonts w:ascii="Segoe UI Symbol" w:hAnsi="Segoe UI Symbol"/>
          <w:color w:val="auto"/>
          <w:sz w:val="22"/>
        </w:rPr>
      </w:pPr>
    </w:p>
    <w:tbl>
      <w:tblPr>
        <w:tblW w:w="0" w:type="auto"/>
        <w:tblLayout w:type="fixed"/>
        <w:tblLook w:val="04A0" w:firstRow="1" w:lastRow="0" w:firstColumn="1" w:lastColumn="0" w:noHBand="0" w:noVBand="1"/>
      </w:tblPr>
      <w:tblGrid>
        <w:gridCol w:w="6264"/>
        <w:gridCol w:w="3384"/>
      </w:tblGrid>
      <w:tr w:rsidR="00BE2538" w:rsidRPr="004A3611" w14:paraId="0019D349" w14:textId="77777777">
        <w:tc>
          <w:tcPr>
            <w:tcW w:w="6264" w:type="dxa"/>
            <w:tcBorders>
              <w:top w:val="nil"/>
              <w:left w:val="nil"/>
              <w:bottom w:val="nil"/>
              <w:right w:val="nil"/>
            </w:tcBorders>
            <w:tcMar>
              <w:top w:w="120" w:type="dxa"/>
              <w:left w:w="0" w:type="dxa"/>
              <w:bottom w:w="80" w:type="dxa"/>
              <w:right w:w="0" w:type="dxa"/>
            </w:tcMar>
          </w:tcPr>
          <w:p w14:paraId="45B57C13" w14:textId="77777777" w:rsidR="00BE2538" w:rsidRPr="004A3611" w:rsidRDefault="006F7524">
            <w:pPr>
              <w:spacing w:after="0"/>
              <w:rPr>
                <w:rFonts w:ascii="Segoe UI Symbol" w:hAnsi="Segoe UI Symbol"/>
                <w:color w:val="auto"/>
                <w:sz w:val="22"/>
              </w:rPr>
            </w:pPr>
            <w:r w:rsidRPr="00480FBB">
              <w:rPr>
                <w:rFonts w:ascii="Segoe UI" w:hAnsi="Segoe UI" w:cs="Segoe UI"/>
                <w:b/>
                <w:bCs/>
                <w:color w:val="auto"/>
                <w:sz w:val="22"/>
              </w:rPr>
              <w:t>Signature:</w:t>
            </w:r>
            <w:r w:rsidRPr="004A3611">
              <w:rPr>
                <w:rFonts w:ascii="Segoe UI Symbol" w:hAnsi="Segoe UI Symbol"/>
                <w:color w:val="auto"/>
                <w:sz w:val="22"/>
              </w:rPr>
              <w:t xml:space="preserve"> </w:t>
            </w:r>
            <w:sdt>
              <w:sdtPr>
                <w:rPr>
                  <w:rFonts w:ascii="Segoe UI Symbol" w:hAnsi="Segoe UI Symbol"/>
                  <w:color w:val="auto"/>
                  <w:sz w:val="22"/>
                </w:rPr>
                <w:alias w:val="SIGNATURE"/>
                <w:tag w:val="SIGNATURE"/>
                <w:id w:val="1340744797"/>
              </w:sdtPr>
              <w:sdtEndPr/>
              <w:sdtContent>
                <w:r w:rsidRPr="004A3611">
                  <w:rPr>
                    <w:rFonts w:ascii="Segoe UI Symbol" w:hAnsi="Segoe UI Symbol"/>
                    <w:color w:val="auto"/>
                    <w:sz w:val="22"/>
                  </w:rPr>
                  <w:t>Click or tap here</w:t>
                </w:r>
              </w:sdtContent>
            </w:sdt>
          </w:p>
        </w:tc>
        <w:tc>
          <w:tcPr>
            <w:tcW w:w="3384" w:type="dxa"/>
            <w:tcBorders>
              <w:top w:val="nil"/>
              <w:left w:val="nil"/>
              <w:bottom w:val="nil"/>
              <w:right w:val="nil"/>
            </w:tcBorders>
            <w:tcMar>
              <w:top w:w="120" w:type="dxa"/>
              <w:left w:w="0" w:type="dxa"/>
              <w:bottom w:w="80" w:type="dxa"/>
              <w:right w:w="0" w:type="dxa"/>
            </w:tcMar>
          </w:tcPr>
          <w:p w14:paraId="5E65BD3E" w14:textId="77777777" w:rsidR="00BE2538" w:rsidRPr="004A3611" w:rsidRDefault="006F7524">
            <w:pPr>
              <w:spacing w:after="0"/>
              <w:rPr>
                <w:rFonts w:ascii="Segoe UI Symbol" w:hAnsi="Segoe UI Symbol"/>
                <w:color w:val="auto"/>
                <w:sz w:val="22"/>
              </w:rPr>
            </w:pPr>
            <w:r w:rsidRPr="00480FBB">
              <w:rPr>
                <w:rFonts w:ascii="Segoe UI" w:hAnsi="Segoe UI" w:cs="Segoe UI"/>
                <w:b/>
                <w:bCs/>
                <w:color w:val="auto"/>
                <w:sz w:val="22"/>
              </w:rPr>
              <w:t>Date:</w:t>
            </w:r>
            <w:r w:rsidRPr="004A3611">
              <w:rPr>
                <w:rFonts w:ascii="Segoe UI Symbol" w:hAnsi="Segoe UI Symbol"/>
                <w:color w:val="auto"/>
                <w:sz w:val="22"/>
              </w:rPr>
              <w:t xml:space="preserve"> </w:t>
            </w:r>
            <w:sdt>
              <w:sdtPr>
                <w:rPr>
                  <w:rFonts w:ascii="Segoe UI Symbol" w:hAnsi="Segoe UI Symbol"/>
                  <w:color w:val="auto"/>
                  <w:sz w:val="22"/>
                </w:rPr>
                <w:alias w:val="SIGNATURE_DATE"/>
                <w:tag w:val="SIGNATURE_DATE"/>
                <w:id w:val="1542240760"/>
              </w:sdtPr>
              <w:sdtEndPr/>
              <w:sdtContent>
                <w:r w:rsidRPr="004A3611">
                  <w:rPr>
                    <w:rFonts w:ascii="Segoe UI Symbol" w:hAnsi="Segoe UI Symbol"/>
                    <w:color w:val="auto"/>
                    <w:sz w:val="22"/>
                  </w:rPr>
                  <w:t>Click or tap here</w:t>
                </w:r>
              </w:sdtContent>
            </w:sdt>
          </w:p>
        </w:tc>
      </w:tr>
    </w:tbl>
    <w:p w14:paraId="79CB503D" w14:textId="77777777" w:rsidR="006F7524" w:rsidRDefault="006F7524">
      <w:pPr>
        <w:rPr>
          <w:color w:val="auto"/>
        </w:rPr>
      </w:pPr>
    </w:p>
    <w:p w14:paraId="575D5BEE" w14:textId="77777777" w:rsidR="004A3611" w:rsidRDefault="004A3611">
      <w:pPr>
        <w:rPr>
          <w:color w:val="auto"/>
        </w:rPr>
      </w:pPr>
    </w:p>
    <w:p w14:paraId="1BB72106" w14:textId="77777777" w:rsidR="004A3611" w:rsidRDefault="004A3611">
      <w:pPr>
        <w:rPr>
          <w:color w:val="auto"/>
        </w:rPr>
      </w:pPr>
    </w:p>
    <w:p w14:paraId="0948B8D4" w14:textId="77777777" w:rsidR="004A3611" w:rsidRDefault="004A3611">
      <w:pPr>
        <w:rPr>
          <w:color w:val="auto"/>
        </w:rPr>
      </w:pPr>
    </w:p>
    <w:p w14:paraId="54AED2F7" w14:textId="77777777" w:rsidR="004A3611" w:rsidRDefault="004A3611">
      <w:pPr>
        <w:rPr>
          <w:color w:val="auto"/>
        </w:rPr>
      </w:pPr>
    </w:p>
    <w:p w14:paraId="1EA8A5BB" w14:textId="77777777" w:rsidR="004A3611" w:rsidRDefault="004A3611">
      <w:pPr>
        <w:rPr>
          <w:color w:val="auto"/>
        </w:rPr>
      </w:pPr>
    </w:p>
    <w:p w14:paraId="3752A4E2" w14:textId="77777777" w:rsidR="004A3611" w:rsidRDefault="004A3611">
      <w:pPr>
        <w:rPr>
          <w:color w:val="auto"/>
        </w:rPr>
      </w:pPr>
    </w:p>
    <w:p w14:paraId="35679AF8" w14:textId="77777777" w:rsidR="004A3611" w:rsidRDefault="004A3611">
      <w:pPr>
        <w:rPr>
          <w:color w:val="auto"/>
        </w:rPr>
      </w:pPr>
    </w:p>
    <w:p w14:paraId="3ABD9927" w14:textId="77777777" w:rsidR="004A3611" w:rsidRDefault="004A3611">
      <w:pPr>
        <w:rPr>
          <w:color w:val="auto"/>
        </w:rPr>
      </w:pPr>
    </w:p>
    <w:p w14:paraId="739AD17D" w14:textId="77777777" w:rsidR="004A3611" w:rsidRDefault="004A3611">
      <w:pPr>
        <w:rPr>
          <w:color w:val="auto"/>
        </w:rPr>
      </w:pPr>
    </w:p>
    <w:p w14:paraId="701B7694" w14:textId="77777777" w:rsidR="004A3611" w:rsidRDefault="004A3611">
      <w:pPr>
        <w:rPr>
          <w:color w:val="auto"/>
        </w:rPr>
      </w:pPr>
    </w:p>
    <w:p w14:paraId="38041A43" w14:textId="2DD71BA8" w:rsidR="004A3611" w:rsidRPr="00631CC4" w:rsidRDefault="004A3611" w:rsidP="004A3611">
      <w:pPr>
        <w:rPr>
          <w:rFonts w:ascii="Segoe UI Symbol" w:hAnsi="Segoe UI Symbol"/>
          <w:sz w:val="22"/>
        </w:rPr>
      </w:pPr>
      <w:r w:rsidRPr="00631CC4">
        <w:rPr>
          <w:rFonts w:ascii="Segoe UI Symbol" w:hAnsi="Segoe UI Symbol"/>
          <w:sz w:val="22"/>
        </w:rPr>
        <w:t xml:space="preserve">Please complete and return this form for the attention of </w:t>
      </w:r>
      <w:r w:rsidRPr="00EC34F7">
        <w:rPr>
          <w:rFonts w:ascii="Segoe UI Symbol" w:hAnsi="Segoe UI Symbol"/>
          <w:b/>
          <w:bCs/>
          <w:sz w:val="22"/>
        </w:rPr>
        <w:t xml:space="preserve">Hattie Partington-Smyth, Head of Major Gifts and Legacies, </w:t>
      </w:r>
      <w:r w:rsidRPr="00EC34F7">
        <w:rPr>
          <w:rFonts w:ascii="Segoe UI Symbol" w:hAnsi="Segoe UI Symbol"/>
          <w:sz w:val="22"/>
        </w:rPr>
        <w:t>Development Office, Hertford College, Catte Street, Oxford, OX1 3BW,</w:t>
      </w:r>
      <w:r w:rsidRPr="00631CC4">
        <w:rPr>
          <w:rFonts w:ascii="Segoe UI Symbol" w:hAnsi="Segoe UI Symbol"/>
          <w:sz w:val="22"/>
        </w:rPr>
        <w:t xml:space="preserve"> or email </w:t>
      </w:r>
      <w:hyperlink r:id="rId10" w:history="1">
        <w:r w:rsidRPr="00631CC4">
          <w:rPr>
            <w:rStyle w:val="Hyperlink"/>
            <w:rFonts w:ascii="Segoe UI Symbol" w:hAnsi="Segoe UI Symbol"/>
            <w:sz w:val="22"/>
          </w:rPr>
          <w:t>hattie.partington-smyth@hertford.ox.ac.uk</w:t>
        </w:r>
      </w:hyperlink>
      <w:r w:rsidRPr="00631CC4">
        <w:rPr>
          <w:rFonts w:ascii="Segoe UI Symbol" w:hAnsi="Segoe UI Symbol"/>
          <w:sz w:val="22"/>
        </w:rPr>
        <w:t>. For a conversation without obligation, please telephone +44</w:t>
      </w:r>
      <w:r w:rsidR="00EC34F7">
        <w:rPr>
          <w:rFonts w:ascii="Segoe UI Symbol" w:hAnsi="Segoe UI Symbol"/>
          <w:sz w:val="22"/>
        </w:rPr>
        <w:t xml:space="preserve"> </w:t>
      </w:r>
      <w:r w:rsidRPr="00631CC4">
        <w:rPr>
          <w:rFonts w:ascii="Segoe UI Symbol" w:hAnsi="Segoe UI Symbol"/>
          <w:sz w:val="22"/>
        </w:rPr>
        <w:t>(0)1865 279473.</w:t>
      </w:r>
    </w:p>
    <w:p w14:paraId="67620FC6" w14:textId="4CB137A4" w:rsidR="004A3611" w:rsidRPr="00C95248" w:rsidRDefault="004A3611" w:rsidP="00B0381B">
      <w:pPr>
        <w:jc w:val="center"/>
        <w:rPr>
          <w:rFonts w:ascii="Segoe UI Symbol" w:hAnsi="Segoe UI Symbol"/>
          <w:b/>
          <w:bCs/>
          <w:sz w:val="28"/>
          <w:szCs w:val="28"/>
        </w:rPr>
      </w:pPr>
      <w:r w:rsidRPr="00C95248">
        <w:rPr>
          <w:rFonts w:ascii="Segoe UI Symbol" w:hAnsi="Segoe UI Symbol"/>
          <w:b/>
          <w:bCs/>
          <w:sz w:val="28"/>
          <w:szCs w:val="28"/>
        </w:rPr>
        <w:t>Thank you for your support</w:t>
      </w:r>
    </w:p>
    <w:sectPr w:rsidR="004A3611" w:rsidRPr="00C95248" w:rsidSect="00034616">
      <w:footerReference w:type="default" r:id="rId11"/>
      <w:pgSz w:w="11909" w:h="16834"/>
      <w:pgMar w:top="792"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A51F7" w14:textId="77777777" w:rsidR="00CA7458" w:rsidRDefault="00CA7458">
      <w:pPr>
        <w:spacing w:after="0" w:line="240" w:lineRule="auto"/>
      </w:pPr>
      <w:r>
        <w:separator/>
      </w:r>
    </w:p>
  </w:endnote>
  <w:endnote w:type="continuationSeparator" w:id="0">
    <w:p w14:paraId="78CE5EBD" w14:textId="77777777" w:rsidR="00CA7458" w:rsidRDefault="00CA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6172" w14:textId="5B2FE7E2" w:rsidR="00BE2538" w:rsidRPr="004A3611" w:rsidRDefault="00BE2538">
    <w:pPr>
      <w:pStyle w:val="Footer"/>
      <w:jc w:val="center"/>
      <w:rPr>
        <w:rFonts w:ascii="Segoe UI Symbol" w:hAnsi="Segoe UI Symbo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61AEF" w14:textId="77777777" w:rsidR="00CA7458" w:rsidRDefault="00CA7458">
      <w:pPr>
        <w:spacing w:after="0" w:line="240" w:lineRule="auto"/>
      </w:pPr>
      <w:r>
        <w:separator/>
      </w:r>
    </w:p>
  </w:footnote>
  <w:footnote w:type="continuationSeparator" w:id="0">
    <w:p w14:paraId="71AB7A6B" w14:textId="77777777" w:rsidR="00CA7458" w:rsidRDefault="00CA7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5914689">
    <w:abstractNumId w:val="8"/>
  </w:num>
  <w:num w:numId="2" w16cid:durableId="1401751175">
    <w:abstractNumId w:val="6"/>
  </w:num>
  <w:num w:numId="3" w16cid:durableId="455412611">
    <w:abstractNumId w:val="5"/>
  </w:num>
  <w:num w:numId="4" w16cid:durableId="458887904">
    <w:abstractNumId w:val="4"/>
  </w:num>
  <w:num w:numId="5" w16cid:durableId="739475168">
    <w:abstractNumId w:val="7"/>
  </w:num>
  <w:num w:numId="6" w16cid:durableId="632054076">
    <w:abstractNumId w:val="3"/>
  </w:num>
  <w:num w:numId="7" w16cid:durableId="146480836">
    <w:abstractNumId w:val="2"/>
  </w:num>
  <w:num w:numId="8" w16cid:durableId="1859614348">
    <w:abstractNumId w:val="1"/>
  </w:num>
  <w:num w:numId="9" w16cid:durableId="1626304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2A93"/>
    <w:rsid w:val="00326F90"/>
    <w:rsid w:val="00346857"/>
    <w:rsid w:val="00480FBB"/>
    <w:rsid w:val="004A3611"/>
    <w:rsid w:val="006F7524"/>
    <w:rsid w:val="007D2C28"/>
    <w:rsid w:val="008267C3"/>
    <w:rsid w:val="008D2D14"/>
    <w:rsid w:val="00A92372"/>
    <w:rsid w:val="00AA1D8D"/>
    <w:rsid w:val="00B0381B"/>
    <w:rsid w:val="00B47730"/>
    <w:rsid w:val="00BE2538"/>
    <w:rsid w:val="00C1153D"/>
    <w:rsid w:val="00C95248"/>
    <w:rsid w:val="00CA7458"/>
    <w:rsid w:val="00CB0664"/>
    <w:rsid w:val="00CF2CAE"/>
    <w:rsid w:val="00EC34F7"/>
    <w:rsid w:val="00FC693F"/>
    <w:rsid w:val="5A7BE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91818"/>
  <w14:defaultImageDpi w14:val="300"/>
  <w15:docId w15:val="{56E5266B-F204-4702-A9C9-3266D28B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43544"/>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A36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attie.partington-smyth@hertford.ox.ac.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329</Words>
  <Characters>1881</Characters>
  <Application>Microsoft Office Word</Application>
  <DocSecurity>4</DocSecurity>
  <Lines>15</Lines>
  <Paragraphs>4</Paragraphs>
  <ScaleCrop>false</ScaleCrop>
  <Manager/>
  <Company/>
  <LinksUpToDate>false</LinksUpToDate>
  <CharactersWithSpaces>2206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Remembering Hertford in your Will - Pledge Form</dc:title>
  <dc:subject>Editable pledge form</dc:subject>
  <dc:creator>Hertford College</dc:creator>
  <cp:keywords/>
  <dc:description>generated by python-docx</dc:description>
  <cp:lastModifiedBy>Viktoriia Pyrohova</cp:lastModifiedBy>
  <cp:revision>2</cp:revision>
  <dcterms:created xsi:type="dcterms:W3CDTF">2026-09-15T12:20:00Z</dcterms:created>
  <dcterms:modified xsi:type="dcterms:W3CDTF">2026-09-15T12:20:00Z</dcterms:modified>
  <cp:category/>
</cp:coreProperties>
</file>